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1124" w:rsidRDefault="00F41E19">
      <w:pPr>
        <w:pStyle w:val="Nadpis1"/>
      </w:pPr>
      <w:r>
        <w:t>PROJEKTOVÁ PŘIHLÁŠKA</w:t>
      </w:r>
    </w:p>
    <w:p w:rsidR="00BF1124" w:rsidRPr="0043287B" w:rsidRDefault="00F41E19">
      <w:pPr>
        <w:rPr>
          <w:b/>
          <w:color w:val="92D050"/>
        </w:rPr>
      </w:pPr>
      <w:r w:rsidRPr="0043287B">
        <w:rPr>
          <w:b/>
          <w:color w:val="92D050"/>
        </w:rPr>
        <w:t>Program MAS: Děti tvoří region / Startér dobrých nápadů</w:t>
      </w:r>
    </w:p>
    <w:p w:rsidR="00BF1124" w:rsidRDefault="00F41E19">
      <w:pPr>
        <w:pStyle w:val="Nadpis2"/>
      </w:pPr>
      <w:r>
        <w:t>1. ZÁKLADNÍ INFORMACE</w:t>
      </w:r>
    </w:p>
    <w:p w:rsidR="00BF1124" w:rsidRDefault="00F41E19">
      <w:r>
        <w:t>Název projektu:</w:t>
      </w:r>
      <w:r>
        <w:br/>
      </w:r>
      <w:r>
        <w:br/>
        <w:t>Kategorie:</w:t>
      </w:r>
      <w:r>
        <w:br/>
      </w:r>
      <w:r>
        <w:rPr>
          <w:rFonts w:ascii="Segoe UI Symbol" w:hAnsi="Segoe UI Symbol" w:cs="Segoe UI Symbol"/>
        </w:rPr>
        <w:t>☐</w:t>
      </w:r>
      <w:r>
        <w:t xml:space="preserve"> 1. stupe</w:t>
      </w:r>
      <w:r>
        <w:rPr>
          <w:rFonts w:ascii="Cambria" w:hAnsi="Cambria" w:cs="Cambria"/>
        </w:rPr>
        <w:t>ň</w:t>
      </w:r>
      <w:r>
        <w:t xml:space="preserve"> Z</w:t>
      </w:r>
      <w:r>
        <w:rPr>
          <w:rFonts w:ascii="Cambria" w:hAnsi="Cambria" w:cs="Cambria"/>
        </w:rPr>
        <w:t>Š</w:t>
      </w:r>
      <w:r>
        <w:t xml:space="preserve">   </w:t>
      </w:r>
      <w:r>
        <w:rPr>
          <w:rFonts w:ascii="Segoe UI Symbol" w:hAnsi="Segoe UI Symbol" w:cs="Segoe UI Symbol"/>
        </w:rPr>
        <w:t>☐</w:t>
      </w:r>
      <w:r>
        <w:t xml:space="preserve"> 2. stupe</w:t>
      </w:r>
      <w:r>
        <w:rPr>
          <w:rFonts w:ascii="Cambria" w:hAnsi="Cambria" w:cs="Cambria"/>
        </w:rPr>
        <w:t>ň</w:t>
      </w:r>
      <w:r>
        <w:t xml:space="preserve"> Z</w:t>
      </w:r>
      <w:r>
        <w:rPr>
          <w:rFonts w:ascii="Cambria" w:hAnsi="Cambria" w:cs="Cambria"/>
        </w:rPr>
        <w:t>Š</w:t>
      </w:r>
      <w:r>
        <w:t xml:space="preserve">   </w:t>
      </w:r>
      <w:r>
        <w:rPr>
          <w:rFonts w:ascii="Segoe UI Symbol" w:hAnsi="Segoe UI Symbol" w:cs="Segoe UI Symbol"/>
        </w:rPr>
        <w:t>☐</w:t>
      </w:r>
      <w:r>
        <w:t xml:space="preserve"> St</w:t>
      </w:r>
      <w:r>
        <w:rPr>
          <w:rFonts w:ascii="Cambria" w:hAnsi="Cambria" w:cs="Cambria"/>
        </w:rPr>
        <w:t>ř</w:t>
      </w:r>
      <w:r>
        <w:t>edn</w:t>
      </w:r>
      <w:r>
        <w:rPr>
          <w:rFonts w:ascii="Cambria" w:hAnsi="Cambria" w:cs="Cambria"/>
        </w:rPr>
        <w:t>í</w:t>
      </w:r>
      <w:r>
        <w:t xml:space="preserve"> </w:t>
      </w:r>
      <w:r>
        <w:rPr>
          <w:rFonts w:ascii="Cambria" w:hAnsi="Cambria" w:cs="Cambria"/>
        </w:rPr>
        <w:t>š</w:t>
      </w:r>
      <w:r>
        <w:t>kola</w:t>
      </w:r>
      <w:r>
        <w:br/>
      </w:r>
      <w:r>
        <w:br/>
      </w:r>
      <w:r>
        <w:rPr>
          <w:rFonts w:ascii="Cambria" w:hAnsi="Cambria" w:cs="Cambria"/>
        </w:rPr>
        <w:t>Š</w:t>
      </w:r>
      <w:r>
        <w:t>kola:</w:t>
      </w:r>
      <w:r>
        <w:br/>
      </w:r>
      <w:r>
        <w:br/>
        <w:t>Obec:</w:t>
      </w:r>
      <w:r>
        <w:br/>
      </w:r>
    </w:p>
    <w:p w:rsidR="00BF1124" w:rsidRDefault="00F41E19">
      <w:pPr>
        <w:pStyle w:val="Nadpis2"/>
      </w:pPr>
      <w:r>
        <w:t>2. TÝM / AUTOR</w:t>
      </w:r>
    </w:p>
    <w:p w:rsidR="0043287B" w:rsidRDefault="00F41E19">
      <w:proofErr w:type="spellStart"/>
      <w:r>
        <w:t>Jméno</w:t>
      </w:r>
      <w:proofErr w:type="spellEnd"/>
      <w:r>
        <w:t xml:space="preserve"> </w:t>
      </w:r>
      <w:proofErr w:type="spellStart"/>
      <w:r>
        <w:t>autora</w:t>
      </w:r>
      <w:proofErr w:type="spellEnd"/>
      <w:r>
        <w:t xml:space="preserve"> / </w:t>
      </w:r>
      <w:proofErr w:type="spellStart"/>
      <w:r w:rsidR="00767108">
        <w:t>jména</w:t>
      </w:r>
      <w:proofErr w:type="spellEnd"/>
      <w:r>
        <w:t xml:space="preserve"> </w:t>
      </w:r>
      <w:proofErr w:type="spellStart"/>
      <w:r>
        <w:t>členů</w:t>
      </w:r>
      <w:proofErr w:type="spellEnd"/>
      <w:r>
        <w:t xml:space="preserve"> </w:t>
      </w:r>
      <w:proofErr w:type="spellStart"/>
      <w:r>
        <w:t>týmu</w:t>
      </w:r>
      <w:proofErr w:type="spellEnd"/>
      <w:r>
        <w:t>:</w:t>
      </w:r>
      <w:r>
        <w:br/>
      </w:r>
    </w:p>
    <w:p w:rsidR="00BF1124" w:rsidRDefault="00F41E19">
      <w:r>
        <w:br/>
        <w:t>Věk / ročník:</w:t>
      </w:r>
      <w:r>
        <w:br/>
      </w:r>
      <w:r>
        <w:br/>
        <w:t>Garant projektu (učitel):</w:t>
      </w:r>
      <w:r>
        <w:br/>
        <w:t>Kontakt:</w:t>
      </w:r>
      <w:r>
        <w:br/>
      </w:r>
    </w:p>
    <w:p w:rsidR="00BF1124" w:rsidRDefault="00F41E19">
      <w:pPr>
        <w:pStyle w:val="Nadpis2"/>
      </w:pPr>
      <w:r>
        <w:t>3. POPIS NÁPADU</w:t>
      </w:r>
    </w:p>
    <w:p w:rsidR="0043287B" w:rsidRDefault="00F41E19">
      <w:r>
        <w:t xml:space="preserve">Co chcete udělat? </w:t>
      </w:r>
      <w:proofErr w:type="spellStart"/>
      <w:r>
        <w:t>Jaký</w:t>
      </w:r>
      <w:proofErr w:type="spellEnd"/>
      <w:r>
        <w:t xml:space="preserve"> je </w:t>
      </w:r>
      <w:proofErr w:type="spellStart"/>
      <w:r>
        <w:t>váš</w:t>
      </w:r>
      <w:proofErr w:type="spellEnd"/>
      <w:r>
        <w:t xml:space="preserve"> </w:t>
      </w:r>
      <w:proofErr w:type="spellStart"/>
      <w:r>
        <w:t>nápad</w:t>
      </w:r>
      <w:proofErr w:type="spellEnd"/>
      <w:r>
        <w:t>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630"/>
      </w:tblGrid>
      <w:tr w:rsidR="0043287B" w:rsidTr="0043287B">
        <w:tc>
          <w:tcPr>
            <w:tcW w:w="8780" w:type="dxa"/>
          </w:tcPr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767108" w:rsidRDefault="00767108"/>
          <w:p w:rsidR="0043287B" w:rsidRDefault="0043287B"/>
          <w:p w:rsidR="0043287B" w:rsidRDefault="0043287B"/>
          <w:p w:rsidR="0043287B" w:rsidRDefault="0043287B"/>
        </w:tc>
      </w:tr>
    </w:tbl>
    <w:p w:rsidR="00BF1124" w:rsidRDefault="00F41E19">
      <w:pPr>
        <w:pStyle w:val="Nadpis2"/>
      </w:pPr>
      <w:r>
        <w:lastRenderedPageBreak/>
        <w:t>4. PROČ JE PROJEKT DŮLEŽITÝ</w:t>
      </w:r>
    </w:p>
    <w:p w:rsidR="0043287B" w:rsidRDefault="00F41E19">
      <w:r>
        <w:t xml:space="preserve">Jaký problém řešíte? </w:t>
      </w:r>
      <w:proofErr w:type="spellStart"/>
      <w:r>
        <w:t>Proč</w:t>
      </w:r>
      <w:proofErr w:type="spellEnd"/>
      <w:r>
        <w:t xml:space="preserve"> by se </w:t>
      </w:r>
      <w:proofErr w:type="spellStart"/>
      <w:r>
        <w:t>měl</w:t>
      </w:r>
      <w:proofErr w:type="spellEnd"/>
      <w:r>
        <w:t xml:space="preserve"> </w:t>
      </w:r>
      <w:proofErr w:type="spellStart"/>
      <w:r>
        <w:t>projekt</w:t>
      </w:r>
      <w:proofErr w:type="spellEnd"/>
      <w:r>
        <w:t xml:space="preserve"> </w:t>
      </w:r>
      <w:proofErr w:type="spellStart"/>
      <w:r>
        <w:t>uskutečnit</w:t>
      </w:r>
      <w:proofErr w:type="spellEnd"/>
      <w:r>
        <w:t>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630"/>
      </w:tblGrid>
      <w:tr w:rsidR="0043287B" w:rsidTr="0043287B">
        <w:tc>
          <w:tcPr>
            <w:tcW w:w="8780" w:type="dxa"/>
          </w:tcPr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</w:tc>
      </w:tr>
    </w:tbl>
    <w:p w:rsidR="00BF1124" w:rsidRDefault="00F41E19" w:rsidP="0043287B">
      <w:pPr>
        <w:pStyle w:val="Nadpis2"/>
      </w:pPr>
      <w:r>
        <w:br/>
        <w:t>5. CÍLOVÁ SKUPINA</w:t>
      </w:r>
    </w:p>
    <w:p w:rsidR="0043287B" w:rsidRDefault="00F41E19">
      <w:r>
        <w:t>Komu projekt pomůže? Pro koho je určen?</w:t>
      </w:r>
      <w:r>
        <w:br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630"/>
      </w:tblGrid>
      <w:tr w:rsidR="0043287B" w:rsidTr="0043287B">
        <w:tc>
          <w:tcPr>
            <w:tcW w:w="8780" w:type="dxa"/>
          </w:tcPr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</w:tc>
      </w:tr>
    </w:tbl>
    <w:p w:rsidR="00BF1124" w:rsidRDefault="00BF1124"/>
    <w:p w:rsidR="00BF1124" w:rsidRDefault="00F41E19">
      <w:pPr>
        <w:pStyle w:val="Nadpis2"/>
      </w:pPr>
      <w:r>
        <w:t>6. HARMONOGRAM PROJEKTU</w:t>
      </w:r>
    </w:p>
    <w:p w:rsidR="00BF1124" w:rsidRDefault="00F41E19">
      <w:r>
        <w:t>Aktivita / Termín:</w:t>
      </w:r>
      <w:r>
        <w:br/>
      </w:r>
    </w:p>
    <w:p w:rsidR="0043287B" w:rsidRDefault="0043287B"/>
    <w:p w:rsidR="00BF1124" w:rsidRDefault="00F41E19">
      <w:pPr>
        <w:pStyle w:val="Nadpis2"/>
      </w:pPr>
      <w:r>
        <w:t xml:space="preserve">7. ROZPOČET PROJEKTU (MAX. </w:t>
      </w:r>
      <w:r w:rsidR="0043287B">
        <w:t>2</w:t>
      </w:r>
      <w:r>
        <w:t xml:space="preserve">0 000 </w:t>
      </w:r>
      <w:proofErr w:type="spellStart"/>
      <w:r>
        <w:t>Kč</w:t>
      </w:r>
      <w:proofErr w:type="spellEnd"/>
      <w:r>
        <w:t>)</w:t>
      </w:r>
    </w:p>
    <w:p w:rsidR="0043287B" w:rsidRDefault="00F41E19">
      <w:proofErr w:type="spellStart"/>
      <w:r>
        <w:t>Položka</w:t>
      </w:r>
      <w:proofErr w:type="spellEnd"/>
      <w:r>
        <w:t xml:space="preserve"> / </w:t>
      </w:r>
      <w:proofErr w:type="spellStart"/>
      <w:r>
        <w:t>Částka</w:t>
      </w:r>
      <w:proofErr w:type="spellEnd"/>
      <w:r>
        <w:t>:</w:t>
      </w:r>
    </w:p>
    <w:p w:rsidR="0043287B" w:rsidRDefault="0043287B"/>
    <w:p w:rsidR="00BF1124" w:rsidRDefault="00F41E19">
      <w:r>
        <w:br/>
      </w:r>
    </w:p>
    <w:p w:rsidR="0043287B" w:rsidRDefault="0043287B"/>
    <w:p w:rsidR="00BF1124" w:rsidRDefault="00F41E19">
      <w:pPr>
        <w:pStyle w:val="Nadpis2"/>
      </w:pPr>
      <w:r>
        <w:lastRenderedPageBreak/>
        <w:t>8. VÝSLEDEK PROJEKTU</w:t>
      </w:r>
    </w:p>
    <w:p w:rsidR="0043287B" w:rsidRDefault="00F41E19">
      <w:r>
        <w:t xml:space="preserve">Jak poznáme, že se projekt povedl? Co po </w:t>
      </w:r>
      <w:proofErr w:type="spellStart"/>
      <w:r>
        <w:t>něm</w:t>
      </w:r>
      <w:proofErr w:type="spellEnd"/>
      <w:r>
        <w:t xml:space="preserve"> </w:t>
      </w:r>
      <w:proofErr w:type="spellStart"/>
      <w:r>
        <w:t>zůstane</w:t>
      </w:r>
      <w:proofErr w:type="spellEnd"/>
      <w:r>
        <w:t>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630"/>
      </w:tblGrid>
      <w:tr w:rsidR="0043287B" w:rsidTr="0043287B">
        <w:tc>
          <w:tcPr>
            <w:tcW w:w="8780" w:type="dxa"/>
          </w:tcPr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</w:tc>
      </w:tr>
    </w:tbl>
    <w:p w:rsidR="00BF1124" w:rsidRDefault="00F41E19">
      <w:r>
        <w:br/>
      </w:r>
    </w:p>
    <w:p w:rsidR="00BF1124" w:rsidRDefault="00F41E19">
      <w:pPr>
        <w:pStyle w:val="Nadpis2"/>
      </w:pPr>
      <w:r>
        <w:t>9. PREZENTACE A OBHAJOBA</w:t>
      </w:r>
    </w:p>
    <w:p w:rsidR="0043287B" w:rsidRDefault="00F41E19">
      <w:proofErr w:type="spellStart"/>
      <w:r>
        <w:t>Jak</w:t>
      </w:r>
      <w:r w:rsidR="00A52D46">
        <w:t>ým</w:t>
      </w:r>
      <w:proofErr w:type="spellEnd"/>
      <w:r w:rsidR="00A52D46">
        <w:t xml:space="preserve"> způsobem</w:t>
      </w:r>
      <w:bookmarkStart w:id="0" w:name="_GoBack"/>
      <w:bookmarkEnd w:id="0"/>
      <w:r>
        <w:t xml:space="preserve"> </w:t>
      </w:r>
      <w:proofErr w:type="spellStart"/>
      <w:r>
        <w:t>chcete</w:t>
      </w:r>
      <w:proofErr w:type="spellEnd"/>
      <w:r>
        <w:t xml:space="preserve"> </w:t>
      </w:r>
      <w:proofErr w:type="spellStart"/>
      <w:r>
        <w:t>projekt</w:t>
      </w:r>
      <w:proofErr w:type="spellEnd"/>
      <w:r>
        <w:t xml:space="preserve"> </w:t>
      </w:r>
      <w:proofErr w:type="spellStart"/>
      <w:r>
        <w:t>představit</w:t>
      </w:r>
      <w:proofErr w:type="spellEnd"/>
      <w:r>
        <w:t>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630"/>
      </w:tblGrid>
      <w:tr w:rsidR="0043287B" w:rsidTr="0043287B">
        <w:tc>
          <w:tcPr>
            <w:tcW w:w="8780" w:type="dxa"/>
          </w:tcPr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  <w:p w:rsidR="0043287B" w:rsidRDefault="0043287B"/>
        </w:tc>
      </w:tr>
    </w:tbl>
    <w:p w:rsidR="00BF1124" w:rsidRDefault="00F41E19" w:rsidP="0043287B">
      <w:r>
        <w:br/>
      </w:r>
      <w:r w:rsidRPr="0043287B"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  <w:t>10. PROHLÁŠENÍ</w:t>
      </w:r>
    </w:p>
    <w:p w:rsidR="0043287B" w:rsidRDefault="00F41E19">
      <w:r>
        <w:t>Prohlašujeme, že projekt je původní a bude realizován na území MAS.</w:t>
      </w:r>
      <w:r>
        <w:br/>
      </w:r>
      <w:r>
        <w:br/>
        <w:t>Datum:</w:t>
      </w:r>
      <w:r>
        <w:br/>
      </w:r>
      <w:proofErr w:type="spellStart"/>
      <w:r>
        <w:t>Podpis</w:t>
      </w:r>
      <w:proofErr w:type="spellEnd"/>
      <w:r>
        <w:t xml:space="preserve"> </w:t>
      </w:r>
      <w:proofErr w:type="spellStart"/>
      <w:r>
        <w:t>garanta</w:t>
      </w:r>
      <w:proofErr w:type="spellEnd"/>
      <w:r>
        <w:t>:</w:t>
      </w:r>
    </w:p>
    <w:p w:rsidR="0043287B" w:rsidRDefault="0043287B"/>
    <w:p w:rsidR="00BF1124" w:rsidRDefault="00F41E19">
      <w:r>
        <w:br/>
      </w:r>
    </w:p>
    <w:sectPr w:rsidR="00BF1124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5353" w:rsidRDefault="00785353" w:rsidP="0043287B">
      <w:pPr>
        <w:spacing w:after="0" w:line="240" w:lineRule="auto"/>
      </w:pPr>
      <w:r>
        <w:separator/>
      </w:r>
    </w:p>
  </w:endnote>
  <w:endnote w:type="continuationSeparator" w:id="0">
    <w:p w:rsidR="00785353" w:rsidRDefault="00785353" w:rsidP="00432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108" w:rsidRPr="00767108" w:rsidRDefault="00767108" w:rsidP="00767108">
    <w:pPr>
      <w:rPr>
        <w:rFonts w:ascii="Aptos" w:eastAsia="Times New Roman" w:hAnsi="Aptos"/>
        <w:b/>
        <w:bCs/>
        <w:color w:val="000000"/>
        <w:sz w:val="24"/>
        <w:szCs w:val="24"/>
      </w:rPr>
    </w:pPr>
    <w:r w:rsidRPr="00767108">
      <w:rPr>
        <w:rFonts w:ascii="Aptos" w:eastAsia="Times New Roman" w:hAnsi="Aptos" w:cs="Calibri"/>
        <w:b/>
        <w:i/>
        <w:color w:val="92D050"/>
        <w:sz w:val="24"/>
        <w:szCs w:val="24"/>
      </w:rPr>
      <w:t>,,</w:t>
    </w:r>
    <w:proofErr w:type="spellStart"/>
    <w:r w:rsidRPr="00767108">
      <w:rPr>
        <w:rFonts w:ascii="Aptos" w:eastAsia="Times New Roman" w:hAnsi="Aptos" w:cs="Calibri"/>
        <w:b/>
        <w:i/>
        <w:color w:val="92D050"/>
        <w:sz w:val="24"/>
        <w:szCs w:val="24"/>
      </w:rPr>
      <w:t>Budoucnost</w:t>
    </w:r>
    <w:proofErr w:type="spellEnd"/>
    <w:r w:rsidRPr="00767108">
      <w:rPr>
        <w:rFonts w:ascii="Aptos" w:eastAsia="Times New Roman" w:hAnsi="Aptos" w:cs="Calibri"/>
        <w:b/>
        <w:i/>
        <w:color w:val="92D050"/>
        <w:sz w:val="24"/>
        <w:szCs w:val="24"/>
      </w:rPr>
      <w:t xml:space="preserve"> </w:t>
    </w:r>
    <w:proofErr w:type="spellStart"/>
    <w:r w:rsidRPr="00767108">
      <w:rPr>
        <w:rFonts w:ascii="Aptos" w:eastAsia="Times New Roman" w:hAnsi="Aptos" w:cs="Calibri"/>
        <w:b/>
        <w:i/>
        <w:color w:val="92D050"/>
        <w:sz w:val="24"/>
        <w:szCs w:val="24"/>
      </w:rPr>
      <w:t>regionu</w:t>
    </w:r>
    <w:proofErr w:type="spellEnd"/>
    <w:r w:rsidRPr="00767108">
      <w:rPr>
        <w:rFonts w:ascii="Aptos" w:eastAsia="Times New Roman" w:hAnsi="Aptos" w:cs="Calibri"/>
        <w:b/>
        <w:i/>
        <w:color w:val="92D050"/>
        <w:sz w:val="24"/>
        <w:szCs w:val="24"/>
      </w:rPr>
      <w:t xml:space="preserve"> </w:t>
    </w:r>
    <w:proofErr w:type="spellStart"/>
    <w:r w:rsidRPr="00767108">
      <w:rPr>
        <w:rFonts w:ascii="Aptos" w:eastAsia="Times New Roman" w:hAnsi="Aptos" w:cs="Calibri"/>
        <w:b/>
        <w:i/>
        <w:color w:val="92D050"/>
        <w:sz w:val="24"/>
        <w:szCs w:val="24"/>
      </w:rPr>
      <w:t>začíná</w:t>
    </w:r>
    <w:proofErr w:type="spellEnd"/>
    <w:r w:rsidRPr="00767108">
      <w:rPr>
        <w:rFonts w:ascii="Aptos" w:eastAsia="Times New Roman" w:hAnsi="Aptos" w:cs="Calibri"/>
        <w:b/>
        <w:i/>
        <w:color w:val="92D050"/>
        <w:sz w:val="24"/>
        <w:szCs w:val="24"/>
      </w:rPr>
      <w:t xml:space="preserve"> u </w:t>
    </w:r>
    <w:proofErr w:type="spellStart"/>
    <w:r w:rsidRPr="00767108">
      <w:rPr>
        <w:rFonts w:ascii="Aptos" w:eastAsia="Times New Roman" w:hAnsi="Aptos" w:cs="Calibri"/>
        <w:b/>
        <w:i/>
        <w:color w:val="92D050"/>
        <w:sz w:val="24"/>
        <w:szCs w:val="24"/>
      </w:rPr>
      <w:t>dětí</w:t>
    </w:r>
    <w:proofErr w:type="spellEnd"/>
    <w:r w:rsidRPr="00767108">
      <w:rPr>
        <w:rFonts w:ascii="Aptos" w:eastAsia="Times New Roman" w:hAnsi="Aptos" w:cs="Calibri"/>
        <w:b/>
        <w:i/>
        <w:color w:val="92D050"/>
        <w:sz w:val="24"/>
        <w:szCs w:val="24"/>
      </w:rPr>
      <w:t>“</w:t>
    </w:r>
  </w:p>
  <w:p w:rsidR="00767108" w:rsidRDefault="0076710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5353" w:rsidRDefault="00785353" w:rsidP="0043287B">
      <w:pPr>
        <w:spacing w:after="0" w:line="240" w:lineRule="auto"/>
      </w:pPr>
      <w:r>
        <w:separator/>
      </w:r>
    </w:p>
  </w:footnote>
  <w:footnote w:type="continuationSeparator" w:id="0">
    <w:p w:rsidR="00785353" w:rsidRDefault="00785353" w:rsidP="004328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87B" w:rsidRDefault="0043287B">
    <w:pPr>
      <w:pStyle w:val="Zhlav"/>
    </w:pPr>
    <w:r>
      <w:rPr>
        <w:noProof/>
      </w:rPr>
      <w:drawing>
        <wp:inline distT="0" distB="0" distL="0" distR="0">
          <wp:extent cx="1924050" cy="934883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S 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31270" cy="9383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3287B"/>
    <w:rsid w:val="00767108"/>
    <w:rsid w:val="00785353"/>
    <w:rsid w:val="00A52D46"/>
    <w:rsid w:val="00AA1D8D"/>
    <w:rsid w:val="00B47730"/>
    <w:rsid w:val="00BF1124"/>
    <w:rsid w:val="00CB0664"/>
    <w:rsid w:val="00F41E1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F9D551"/>
  <w14:defaultImageDpi w14:val="300"/>
  <w15:docId w15:val="{8D6163F0-4BBC-4D00-A6A9-D7B02D51D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C693F"/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7D89B1-7490-43C8-9C96-CDDEF3770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131</Words>
  <Characters>776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Veronika Mikulicová</cp:lastModifiedBy>
  <cp:revision>4</cp:revision>
  <dcterms:created xsi:type="dcterms:W3CDTF">2026-01-13T10:43:00Z</dcterms:created>
  <dcterms:modified xsi:type="dcterms:W3CDTF">2026-01-13T12:23:00Z</dcterms:modified>
  <cp:category/>
</cp:coreProperties>
</file>